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drawing>
          <wp:inline xmlns:a="http://schemas.openxmlformats.org/drawingml/2006/main" xmlns:pic="http://schemas.openxmlformats.org/drawingml/2006/picture">
            <wp:extent cx="859188" cy="129844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859188" cy="1298448"/>
                    </a:xfrm>
                    <a:prstGeom prst="rect"/>
                  </pic:spPr>
                </pic:pic>
              </a:graphicData>
            </a:graphic>
          </wp:inline>
        </w:drawing>
      </w:r>
    </w:p>
    <w:p>
      <w:pPr>
        <w:pStyle w:val="Title"/>
        <w:spacing w:after="80"/>
        <w:jc w:val="center"/>
      </w:pPr>
      <w:r>
        <w:rPr>
          <w:rFonts w:ascii="Open Sans" w:hAnsi="Open Sans" w:eastAsia="Open Sans" w:cs="Open Sans"/>
          <w:b/>
          <w:color w:val="000000"/>
          <w:sz w:val="46"/>
        </w:rPr>
        <w:t>Homeowner Waiver Form</w:t>
      </w:r>
    </w:p>
    <w:p>
      <w:pPr>
        <w:spacing w:after="360"/>
        <w:jc w:val="center"/>
      </w:pPr>
      <w:r>
        <w:rPr>
          <w:rFonts w:ascii="Open Sans" w:hAnsi="Open Sans" w:eastAsia="Open Sans" w:cs="Open Sans"/>
          <w:b/>
          <w:color w:val="1E424D"/>
          <w:sz w:val="20"/>
        </w:rPr>
        <w:t>BILD LETHBRIDGE AWARD COMPETITION</w:t>
      </w:r>
    </w:p>
    <w:p>
      <w:pPr>
        <w:spacing w:after="160"/>
      </w:pPr>
      <w:r>
        <w:rPr>
          <w:rFonts w:ascii="Open Sans" w:hAnsi="Open Sans" w:eastAsia="Open Sans" w:cs="Open Sans"/>
        </w:rPr>
        <w:t>I/we, the undersigned, hereby give our permission to</w:t>
      </w:r>
    </w:p>
    <w:p>
      <w:pPr>
        <w:spacing w:after="180"/>
      </w:pPr>
      <w:r>
        <w:rPr>
          <w:rFonts w:ascii="Open Sans" w:hAnsi="Open Sans" w:eastAsia="Open Sans" w:cs="Open Sans"/>
          <w:color w:val="8F7A50"/>
        </w:rPr>
        <w:t>________________________________________________________________________</w:t>
      </w:r>
      <w:r>
        <w:rPr>
          <w:rFonts w:ascii="Open Sans" w:hAnsi="Open Sans" w:eastAsia="Open Sans" w:cs="Open Sans"/>
          <w:sz w:val="16"/>
        </w:rPr>
        <w:br/>
        <w:t>Name of company</w:t>
      </w:r>
    </w:p>
    <w:p>
      <w:pPr>
        <w:spacing w:after="60"/>
      </w:pPr>
      <w:r>
        <w:rPr>
          <w:rFonts w:ascii="Open Sans" w:hAnsi="Open Sans" w:eastAsia="Open Sans" w:cs="Open Sans"/>
        </w:rPr>
        <w:t>to enter our home located at</w:t>
      </w:r>
    </w:p>
    <w:p>
      <w:pPr>
        <w:spacing w:after="180"/>
      </w:pPr>
      <w:r>
        <w:rPr>
          <w:rFonts w:ascii="Open Sans" w:hAnsi="Open Sans" w:eastAsia="Open Sans" w:cs="Open Sans"/>
          <w:color w:val="8F7A50"/>
        </w:rPr>
        <w:t>________________________________________________________________________</w:t>
      </w:r>
      <w:r>
        <w:rPr>
          <w:rFonts w:ascii="Open Sans" w:hAnsi="Open Sans" w:eastAsia="Open Sans" w:cs="Open Sans"/>
          <w:sz w:val="16"/>
        </w:rPr>
        <w:br/>
        <w:t>Address and city</w:t>
      </w:r>
    </w:p>
    <w:p>
      <w:pPr>
        <w:spacing w:after="240"/>
      </w:pPr>
      <w:r>
        <w:rPr>
          <w:rFonts w:ascii="Open Sans" w:hAnsi="Open Sans" w:eastAsia="Open Sans" w:cs="Open Sans"/>
        </w:rPr>
        <w:t>for the BILD Lethbridge award competition.</w:t>
      </w:r>
    </w:p>
    <w:p>
      <w:r>
        <w:rPr>
          <w:rFonts w:ascii="Open Sans" w:hAnsi="Open Sans" w:eastAsia="Open Sans" w:cs="Open Sans"/>
        </w:rPr>
        <w:t>We understand that the entry will consist of written information about our home or renovation project, as well as photographs, drawings and/or plans. We understand that by providing permission we are not allowed to revoke permission at any point once the waiver has been signed.</w:t>
      </w:r>
    </w:p>
    <w:p>
      <w:r>
        <w:rPr>
          <w:rFonts w:ascii="Open Sans" w:hAnsi="Open Sans" w:eastAsia="Open Sans" w:cs="Open Sans"/>
        </w:rPr>
        <w:t>We further understand that BILD Lethbridge will have the right to use the photographs included in the entry for marketing and promotional purposes at its discretion.</w:t>
      </w:r>
    </w:p>
    <w:p>
      <w:r>
        <w:rPr>
          <w:rFonts w:ascii="Open Sans" w:hAnsi="Open Sans" w:eastAsia="Open Sans" w:cs="Open Sans"/>
        </w:rPr>
        <w:t>We also understand that BILD Lethbridge will not at any time reveal the civic address of our home or name of the homeowner(s). Only the general location (e.g. community) of the project and/or company will be noted as required (e.g. media announcements of finalists and winners).</w:t>
      </w:r>
    </w:p>
    <w:p>
      <w:pPr>
        <w:spacing w:before="120" w:after="340"/>
      </w:pPr>
      <w:r>
        <w:rPr>
          <w:rFonts w:ascii="Open Sans" w:hAnsi="Open Sans" w:eastAsia="Open Sans" w:cs="Open Sans"/>
        </w:rPr>
        <w:t>Date  ______________________________________________________________</w:t>
      </w:r>
    </w:p>
    <w:p>
      <w:pPr>
        <w:spacing w:after="300"/>
      </w:pPr>
      <w:r>
        <w:rPr>
          <w:rFonts w:ascii="Open Sans" w:hAnsi="Open Sans" w:eastAsia="Open Sans" w:cs="Open Sans"/>
        </w:rPr>
        <w:t>________________________________    ________________________________</w:t>
      </w:r>
      <w:r>
        <w:rPr>
          <w:rFonts w:ascii="Open Sans" w:hAnsi="Open Sans" w:eastAsia="Open Sans" w:cs="Open Sans"/>
          <w:sz w:val="16"/>
        </w:rPr>
        <w:br/>
        <w:t>Signature of Homeowner                          Name of Homeowner (print)</w:t>
      </w:r>
    </w:p>
    <w:p>
      <w:pPr>
        <w:spacing w:after="300"/>
      </w:pPr>
      <w:r>
        <w:rPr>
          <w:rFonts w:ascii="Open Sans" w:hAnsi="Open Sans" w:eastAsia="Open Sans" w:cs="Open Sans"/>
        </w:rPr>
        <w:t>________________________________    ________________________________</w:t>
      </w:r>
      <w:r>
        <w:rPr>
          <w:rFonts w:ascii="Open Sans" w:hAnsi="Open Sans" w:eastAsia="Open Sans" w:cs="Open Sans"/>
          <w:sz w:val="16"/>
        </w:rPr>
        <w:br/>
        <w:t>Signature of Homeowner                          Name of Homeowner (print)</w:t>
      </w:r>
    </w:p>
    <w:p>
      <w:pPr>
        <w:spacing w:after="300"/>
      </w:pPr>
      <w:r>
        <w:rPr>
          <w:rFonts w:ascii="Open Sans" w:hAnsi="Open Sans" w:eastAsia="Open Sans" w:cs="Open Sans"/>
        </w:rPr>
        <w:t>________________________________    ________________________________</w:t>
      </w:r>
      <w:r>
        <w:rPr>
          <w:rFonts w:ascii="Open Sans" w:hAnsi="Open Sans" w:eastAsia="Open Sans" w:cs="Open Sans"/>
          <w:sz w:val="16"/>
        </w:rPr>
        <w:br/>
        <w:t>Telephone                                                    Email</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69" w:lineRule="auto"/>
    </w:pPr>
    <w:rPr>
      <w:rFonts w:ascii="Open Sans" w:hAnsi="Open Sans"/>
      <w:color w:val="3433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Open Sans" w:hAnsi="Open Sans"/>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Open Sans" w:hAnsi="Open Sans"/>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Open Sans" w:hAnsi="Open San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Open Sans" w:hAnsi="Open Sans"/>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Open Sans" w:hAnsi="Open San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Open Sans" w:hAnsi="Open San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Open Sans" w:hAnsi="Open San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Open Sans" w:hAnsi="Open San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Open Sans" w:hAnsi="Open San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Open Sans" w:hAnsi="Open San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Open Sans" w:hAnsi="Open San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Open Sans" w:hAnsi="Open San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Open Sans" w:hAnsi="Open San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Open Sans" w:hAnsi="Open San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Open Sans" w:hAnsi="Open Sans"/>
    </w:rPr>
  </w:style>
  <w:style w:type="paragraph" w:styleId="BodyText">
    <w:name w:val="Body Text"/>
    <w:basedOn w:val="Normal"/>
    <w:link w:val="BodyTextChar"/>
    <w:uiPriority w:val="99"/>
    <w:unhideWhenUsed/>
    <w:rsid w:val="00AA1D8D"/>
    <w:pPr>
      <w:spacing w:after="120"/>
    </w:pPr>
    <w:rPr>
      <w:rFonts w:ascii="Open Sans" w:hAnsi="Open Sans"/>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Open Sans" w:hAnsi="Open Sans"/>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Open Sans" w:hAnsi="Open Sans"/>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Open Sans" w:hAnsi="Open Sans"/>
    </w:rPr>
  </w:style>
  <w:style w:type="paragraph" w:styleId="List2">
    <w:name w:val="List 2"/>
    <w:basedOn w:val="Normal"/>
    <w:uiPriority w:val="99"/>
    <w:unhideWhenUsed/>
    <w:rsid w:val="00326F90"/>
    <w:pPr>
      <w:ind w:left="720" w:hanging="360"/>
      <w:contextualSpacing/>
    </w:pPr>
    <w:rPr>
      <w:rFonts w:ascii="Open Sans" w:hAnsi="Open Sans"/>
    </w:rPr>
  </w:style>
  <w:style w:type="paragraph" w:styleId="List3">
    <w:name w:val="List 3"/>
    <w:basedOn w:val="Normal"/>
    <w:uiPriority w:val="99"/>
    <w:unhideWhenUsed/>
    <w:rsid w:val="00326F90"/>
    <w:pPr>
      <w:ind w:left="1080" w:hanging="360"/>
      <w:contextualSpacing/>
    </w:pPr>
    <w:rPr>
      <w:rFonts w:ascii="Open Sans" w:hAnsi="Open Sans"/>
    </w:rPr>
  </w:style>
  <w:style w:type="paragraph" w:styleId="ListBullet">
    <w:name w:val="List Bullet"/>
    <w:basedOn w:val="Normal"/>
    <w:uiPriority w:val="99"/>
    <w:unhideWhenUsed/>
    <w:rsid w:val="00326F90"/>
    <w:pPr>
      <w:numPr>
        <w:numId w:val="1"/>
      </w:numPr>
      <w:contextualSpacing/>
    </w:pPr>
    <w:rPr>
      <w:rFonts w:ascii="Open Sans" w:hAnsi="Open Sans"/>
    </w:rPr>
  </w:style>
  <w:style w:type="paragraph" w:styleId="ListBullet2">
    <w:name w:val="List Bullet 2"/>
    <w:basedOn w:val="Normal"/>
    <w:uiPriority w:val="99"/>
    <w:unhideWhenUsed/>
    <w:rsid w:val="00326F90"/>
    <w:pPr>
      <w:numPr>
        <w:numId w:val="2"/>
      </w:numPr>
      <w:contextualSpacing/>
    </w:pPr>
    <w:rPr>
      <w:rFonts w:ascii="Open Sans" w:hAnsi="Open Sans"/>
    </w:rPr>
  </w:style>
  <w:style w:type="paragraph" w:styleId="ListBullet3">
    <w:name w:val="List Bullet 3"/>
    <w:basedOn w:val="Normal"/>
    <w:uiPriority w:val="99"/>
    <w:unhideWhenUsed/>
    <w:rsid w:val="00326F90"/>
    <w:pPr>
      <w:numPr>
        <w:numId w:val="3"/>
      </w:numPr>
      <w:contextualSpacing/>
    </w:pPr>
    <w:rPr>
      <w:rFonts w:ascii="Open Sans" w:hAnsi="Open Sans"/>
    </w:rPr>
  </w:style>
  <w:style w:type="paragraph" w:styleId="ListNumber">
    <w:name w:val="List Number"/>
    <w:basedOn w:val="Normal"/>
    <w:uiPriority w:val="99"/>
    <w:unhideWhenUsed/>
    <w:rsid w:val="00326F90"/>
    <w:pPr>
      <w:numPr>
        <w:numId w:val="5"/>
      </w:numPr>
      <w:contextualSpacing/>
    </w:pPr>
    <w:rPr>
      <w:rFonts w:ascii="Open Sans" w:hAnsi="Open Sans"/>
    </w:rPr>
  </w:style>
  <w:style w:type="paragraph" w:styleId="ListNumber2">
    <w:name w:val="List Number 2"/>
    <w:basedOn w:val="Normal"/>
    <w:uiPriority w:val="99"/>
    <w:unhideWhenUsed/>
    <w:rsid w:val="0029639D"/>
    <w:pPr>
      <w:numPr>
        <w:numId w:val="6"/>
      </w:numPr>
      <w:contextualSpacing/>
    </w:pPr>
    <w:rPr>
      <w:rFonts w:ascii="Open Sans" w:hAnsi="Open Sans"/>
    </w:rPr>
  </w:style>
  <w:style w:type="paragraph" w:styleId="ListNumber3">
    <w:name w:val="List Number 3"/>
    <w:basedOn w:val="Normal"/>
    <w:uiPriority w:val="99"/>
    <w:unhideWhenUsed/>
    <w:rsid w:val="0029639D"/>
    <w:pPr>
      <w:numPr>
        <w:numId w:val="7"/>
      </w:numPr>
      <w:contextualSpacing/>
    </w:pPr>
    <w:rPr>
      <w:rFonts w:ascii="Open Sans" w:hAnsi="Open Sans"/>
    </w:rPr>
  </w:style>
  <w:style w:type="paragraph" w:styleId="ListContinue">
    <w:name w:val="List Continue"/>
    <w:basedOn w:val="Normal"/>
    <w:uiPriority w:val="99"/>
    <w:unhideWhenUsed/>
    <w:rsid w:val="0029639D"/>
    <w:pPr>
      <w:spacing w:after="120"/>
      <w:ind w:left="360"/>
      <w:contextualSpacing/>
    </w:pPr>
    <w:rPr>
      <w:rFonts w:ascii="Open Sans" w:hAnsi="Open Sans"/>
    </w:rPr>
  </w:style>
  <w:style w:type="paragraph" w:styleId="ListContinue2">
    <w:name w:val="List Continue 2"/>
    <w:basedOn w:val="Normal"/>
    <w:uiPriority w:val="99"/>
    <w:unhideWhenUsed/>
    <w:rsid w:val="0029639D"/>
    <w:pPr>
      <w:spacing w:after="120"/>
      <w:ind w:left="720"/>
      <w:contextualSpacing/>
    </w:pPr>
    <w:rPr>
      <w:rFonts w:ascii="Open Sans" w:hAnsi="Open Sans"/>
    </w:rPr>
  </w:style>
  <w:style w:type="paragraph" w:styleId="ListContinue3">
    <w:name w:val="List Continue 3"/>
    <w:basedOn w:val="Normal"/>
    <w:uiPriority w:val="99"/>
    <w:unhideWhenUsed/>
    <w:rsid w:val="0029639D"/>
    <w:pPr>
      <w:spacing w:after="120"/>
      <w:ind w:left="1080"/>
      <w:contextualSpacing/>
    </w:pPr>
    <w:rPr>
      <w:rFonts w:ascii="Open Sans" w:hAnsi="Open San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Open Sans" w:hAnsi="Open San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Open Sans" w:hAnsi="Open Sans"/>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Open Sans" w:hAnsi="Open Sans"/>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Open Sans" w:hAnsi="Open Sans"/>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Open Sans" w:hAnsi="Open San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